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67A90" w14:textId="77777777" w:rsidR="00F11FC1" w:rsidRPr="00F11FC1" w:rsidRDefault="00F11FC1" w:rsidP="00F11F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FC1">
        <w:rPr>
          <w:rFonts w:ascii="Times New Roman" w:hAnsi="Times New Roman" w:cs="Times New Roman"/>
          <w:b/>
          <w:sz w:val="28"/>
          <w:szCs w:val="28"/>
        </w:rPr>
        <w:t>KËRKESË PËR OFERTË ORIENTUESE</w:t>
      </w:r>
    </w:p>
    <w:p w14:paraId="4868DF3A" w14:textId="7A8EC7BD" w:rsidR="00F11FC1" w:rsidRPr="00F11FC1" w:rsidRDefault="00F11FC1" w:rsidP="00F11FC1">
      <w:pPr>
        <w:jc w:val="center"/>
        <w:rPr>
          <w:rFonts w:ascii="Times New Roman" w:hAnsi="Times New Roman" w:cs="Times New Roman"/>
          <w:sz w:val="28"/>
          <w:szCs w:val="28"/>
        </w:rPr>
      </w:pPr>
      <w:r w:rsidRPr="00F11FC1">
        <w:rPr>
          <w:rFonts w:ascii="Times New Roman" w:hAnsi="Times New Roman" w:cs="Times New Roman"/>
          <w:b/>
          <w:sz w:val="28"/>
          <w:szCs w:val="28"/>
        </w:rPr>
        <w:t xml:space="preserve">REQUEST FOR BUDGETARY </w:t>
      </w:r>
      <w:r>
        <w:rPr>
          <w:rFonts w:ascii="Times New Roman" w:hAnsi="Times New Roman" w:cs="Times New Roman"/>
          <w:b/>
          <w:sz w:val="28"/>
          <w:szCs w:val="28"/>
        </w:rPr>
        <w:t>Q</w:t>
      </w:r>
      <w:r w:rsidRPr="00F11FC1">
        <w:rPr>
          <w:rFonts w:ascii="Times New Roman" w:hAnsi="Times New Roman" w:cs="Times New Roman"/>
          <w:b/>
          <w:sz w:val="28"/>
          <w:szCs w:val="28"/>
        </w:rPr>
        <w:t>UOTATION</w:t>
      </w:r>
      <w:r w:rsidR="00BC1B47" w:rsidRPr="00F11F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14:paraId="7621F7BE" w14:textId="77777777" w:rsidR="00F11FC1" w:rsidRDefault="00F11FC1" w:rsidP="00F11F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14:paraId="03B9909D" w14:textId="16D31051" w:rsidR="00B81DB8" w:rsidRPr="00F82F4C" w:rsidRDefault="00F11FC1" w:rsidP="00F11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BC1B47" w:rsidRPr="00F82F4C">
        <w:rPr>
          <w:rFonts w:ascii="Times New Roman" w:hAnsi="Times New Roman" w:cs="Times New Roman"/>
          <w:sz w:val="24"/>
          <w:szCs w:val="24"/>
        </w:rPr>
        <w:t>Data /</w:t>
      </w:r>
      <w:proofErr w:type="gramStart"/>
      <w:r w:rsidR="00BC1B47" w:rsidRPr="00F82F4C">
        <w:rPr>
          <w:rFonts w:ascii="Times New Roman" w:hAnsi="Times New Roman" w:cs="Times New Roman"/>
          <w:sz w:val="24"/>
          <w:szCs w:val="24"/>
        </w:rPr>
        <w:t>Date: _</w:t>
      </w:r>
      <w:proofErr w:type="gramEnd"/>
      <w:r w:rsidR="00BC1B47" w:rsidRPr="00F82F4C">
        <w:rPr>
          <w:rFonts w:ascii="Times New Roman" w:hAnsi="Times New Roman" w:cs="Times New Roman"/>
          <w:sz w:val="24"/>
          <w:szCs w:val="24"/>
        </w:rPr>
        <w:t>___ / ____ / ______</w:t>
      </w:r>
    </w:p>
    <w:p w14:paraId="00ED86EB" w14:textId="77777777" w:rsidR="00B81DB8" w:rsidRPr="00F82F4C" w:rsidRDefault="00000000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>TË DHËNAT E OPERATORIT / SUPPLIER INFORMATION</w:t>
      </w:r>
    </w:p>
    <w:p w14:paraId="335D9B78" w14:textId="77777777" w:rsidR="00B81DB8" w:rsidRPr="00F82F4C" w:rsidRDefault="00000000">
      <w:pPr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 xml:space="preserve">Emri </w:t>
      </w:r>
      <w:proofErr w:type="spellStart"/>
      <w:r w:rsidRPr="00F82F4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F4C">
        <w:rPr>
          <w:rFonts w:ascii="Times New Roman" w:hAnsi="Times New Roman" w:cs="Times New Roman"/>
          <w:sz w:val="24"/>
          <w:szCs w:val="24"/>
        </w:rPr>
        <w:t>shoqërisë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/ Company Name: ______________________________</w:t>
      </w:r>
    </w:p>
    <w:p w14:paraId="292229FB" w14:textId="77777777" w:rsidR="00B81DB8" w:rsidRPr="00F82F4C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82F4C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/ Address: _____________________________________________</w:t>
      </w:r>
    </w:p>
    <w:p w14:paraId="1EB149EE" w14:textId="77777777" w:rsidR="00B81DB8" w:rsidRPr="00F82F4C" w:rsidRDefault="00000000">
      <w:pPr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>NIPT / VAT No.: ______________________________________________</w:t>
      </w:r>
    </w:p>
    <w:p w14:paraId="126DF316" w14:textId="77777777" w:rsidR="00B81DB8" w:rsidRPr="00F82F4C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82F4C">
        <w:rPr>
          <w:rFonts w:ascii="Times New Roman" w:hAnsi="Times New Roman" w:cs="Times New Roman"/>
          <w:sz w:val="24"/>
          <w:szCs w:val="24"/>
        </w:rPr>
        <w:t>Personi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F4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F4C">
        <w:rPr>
          <w:rFonts w:ascii="Times New Roman" w:hAnsi="Times New Roman" w:cs="Times New Roman"/>
          <w:sz w:val="24"/>
          <w:szCs w:val="24"/>
        </w:rPr>
        <w:t>kontaktit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/ Contact Person: ___________________________</w:t>
      </w:r>
    </w:p>
    <w:p w14:paraId="1F1356FE" w14:textId="77777777" w:rsidR="00B81DB8" w:rsidRPr="00F82F4C" w:rsidRDefault="00000000">
      <w:pPr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>E-mail: ______________________________________________________</w:t>
      </w:r>
    </w:p>
    <w:p w14:paraId="43FD0EC0" w14:textId="77777777" w:rsidR="00B81DB8" w:rsidRPr="00F82F4C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82F4C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/ Telephone: __________________________________________</w:t>
      </w:r>
    </w:p>
    <w:p w14:paraId="5E2BADFB" w14:textId="77777777" w:rsidR="00B81DB8" w:rsidRPr="00F82F4C" w:rsidRDefault="00000000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>OBJEKTI / SUBJECT</w:t>
      </w:r>
    </w:p>
    <w:p w14:paraId="51496FE8" w14:textId="7B7C3DEA" w:rsidR="002C2999" w:rsidRPr="002C2999" w:rsidRDefault="002C2999" w:rsidP="002C2999">
      <w:pPr>
        <w:spacing w:after="0"/>
        <w:contextualSpacing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sq-AL"/>
        </w:rPr>
      </w:pPr>
      <w:r w:rsidRPr="002C2999">
        <w:rPr>
          <w:rFonts w:ascii="Times New Roman" w:eastAsia="Times New Roman" w:hAnsi="Times New Roman" w:cs="Times New Roman"/>
          <w:color w:val="282828"/>
          <w:sz w:val="24"/>
          <w:szCs w:val="24"/>
          <w:lang w:val="sq-AL"/>
        </w:rPr>
        <w:t xml:space="preserve">Blerje </w:t>
      </w:r>
      <w:proofErr w:type="spellStart"/>
      <w:r w:rsidRPr="002C2999">
        <w:rPr>
          <w:rFonts w:ascii="Times New Roman" w:eastAsia="Times New Roman" w:hAnsi="Times New Roman" w:cs="Times New Roman"/>
          <w:color w:val="282828"/>
          <w:sz w:val="24"/>
          <w:szCs w:val="24"/>
          <w:lang w:val="sq-AL"/>
        </w:rPr>
        <w:t>suport</w:t>
      </w:r>
      <w:proofErr w:type="spellEnd"/>
      <w:r w:rsidRPr="002C2999">
        <w:rPr>
          <w:rFonts w:ascii="Times New Roman" w:eastAsia="Times New Roman" w:hAnsi="Times New Roman" w:cs="Times New Roman"/>
          <w:color w:val="282828"/>
          <w:sz w:val="24"/>
          <w:szCs w:val="24"/>
          <w:lang w:val="sq-AL"/>
        </w:rPr>
        <w:t xml:space="preserve"> për licencat </w:t>
      </w:r>
      <w:proofErr w:type="spellStart"/>
      <w:r w:rsidRPr="002C2999">
        <w:rPr>
          <w:rFonts w:ascii="Times New Roman" w:eastAsia="Times New Roman" w:hAnsi="Times New Roman" w:cs="Times New Roman"/>
          <w:color w:val="282828"/>
          <w:sz w:val="24"/>
          <w:szCs w:val="24"/>
          <w:lang w:val="sq-AL"/>
        </w:rPr>
        <w:t>Fortigate</w:t>
      </w:r>
      <w:proofErr w:type="spellEnd"/>
      <w:r w:rsidRPr="002C2999">
        <w:rPr>
          <w:rFonts w:ascii="Times New Roman" w:eastAsia="Times New Roman" w:hAnsi="Times New Roman" w:cs="Times New Roman"/>
          <w:color w:val="282828"/>
          <w:sz w:val="24"/>
          <w:szCs w:val="24"/>
          <w:lang w:val="sq-AL"/>
        </w:rPr>
        <w:t xml:space="preserve"> dhe </w:t>
      </w:r>
      <w:proofErr w:type="spellStart"/>
      <w:r w:rsidRPr="002C2999">
        <w:rPr>
          <w:rFonts w:ascii="Times New Roman" w:eastAsia="Times New Roman" w:hAnsi="Times New Roman" w:cs="Times New Roman"/>
          <w:color w:val="282828"/>
          <w:sz w:val="24"/>
          <w:szCs w:val="24"/>
          <w:lang w:val="sq-AL"/>
        </w:rPr>
        <w:t>Cisco</w:t>
      </w:r>
      <w:proofErr w:type="spellEnd"/>
      <w:r w:rsidRPr="002C2999">
        <w:rPr>
          <w:rFonts w:ascii="Times New Roman" w:eastAsia="Times New Roman" w:hAnsi="Times New Roman" w:cs="Times New Roman"/>
          <w:color w:val="282828"/>
          <w:sz w:val="24"/>
          <w:szCs w:val="24"/>
          <w:lang w:val="sq-AL"/>
        </w:rPr>
        <w:t xml:space="preserve"> për projektin me objekt “Mirëmbajtja e Sistemit ISSH dhe Infrastrukturës Fizike” për Institutin e Sigurimeve Shoqërore.</w:t>
      </w:r>
      <w:r w:rsidR="005A7A85" w:rsidRPr="005A7A8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A7A85" w:rsidRPr="002C2999">
        <w:rPr>
          <w:rFonts w:ascii="Times New Roman" w:hAnsi="Times New Roman" w:cs="Times New Roman"/>
          <w:sz w:val="24"/>
          <w:szCs w:val="24"/>
          <w:lang w:val="sq-AL"/>
        </w:rPr>
        <w:t>Oferta paraqitet për qëllime të studimit të tregut dhe përllogaritjes së fondit limit.</w:t>
      </w:r>
    </w:p>
    <w:p w14:paraId="40F32F98" w14:textId="4B02A544" w:rsidR="00B81DB8" w:rsidRPr="00F82F4C" w:rsidRDefault="002C299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Purchase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of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support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for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the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Fortigate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and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Cisco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license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for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the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facilities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project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"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Maintenance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of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the ISSH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System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and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Physical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Infrastructure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"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for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the Social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Security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C2999">
        <w:rPr>
          <w:rFonts w:ascii="Times New Roman" w:hAnsi="Times New Roman" w:cs="Times New Roman"/>
          <w:sz w:val="24"/>
          <w:szCs w:val="24"/>
          <w:lang w:val="sq-AL"/>
        </w:rPr>
        <w:t>Institution</w:t>
      </w:r>
      <w:proofErr w:type="spellEnd"/>
      <w:r w:rsidRPr="002C2999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5A7A85" w:rsidRPr="00F82F4C">
        <w:rPr>
          <w:rFonts w:ascii="Times New Roman" w:hAnsi="Times New Roman" w:cs="Times New Roman"/>
          <w:sz w:val="24"/>
          <w:szCs w:val="24"/>
        </w:rPr>
        <w:t xml:space="preserve"> </w:t>
      </w:r>
      <w:r w:rsidRPr="00F82F4C">
        <w:rPr>
          <w:rFonts w:ascii="Times New Roman" w:hAnsi="Times New Roman" w:cs="Times New Roman"/>
          <w:sz w:val="24"/>
          <w:szCs w:val="24"/>
        </w:rPr>
        <w:t>This quotation is provided solely for market research purposes and calculation of the estimated contract value/limit fund.</w:t>
      </w:r>
    </w:p>
    <w:p w14:paraId="4C75BE06" w14:textId="77777777" w:rsidR="00B81DB8" w:rsidRDefault="00000000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>TABELA E OFERTËS / QUOTATION TABLE</w:t>
      </w:r>
    </w:p>
    <w:p w14:paraId="66979C09" w14:textId="77777777" w:rsidR="002C2999" w:rsidRDefault="002C2999" w:rsidP="002C2999"/>
    <w:tbl>
      <w:tblPr>
        <w:tblW w:w="9048" w:type="dxa"/>
        <w:tblLook w:val="04A0" w:firstRow="1" w:lastRow="0" w:firstColumn="1" w:lastColumn="0" w:noHBand="0" w:noVBand="1"/>
      </w:tblPr>
      <w:tblGrid>
        <w:gridCol w:w="2205"/>
        <w:gridCol w:w="2067"/>
        <w:gridCol w:w="1559"/>
        <w:gridCol w:w="1265"/>
        <w:gridCol w:w="946"/>
        <w:gridCol w:w="1006"/>
      </w:tblGrid>
      <w:tr w:rsidR="002C2999" w:rsidRPr="002C2999" w14:paraId="4C8E548E" w14:textId="77777777" w:rsidTr="002C2999">
        <w:trPr>
          <w:trHeight w:val="315"/>
        </w:trPr>
        <w:tc>
          <w:tcPr>
            <w:tcW w:w="2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F41F7" w14:textId="7EB6E0D5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b/>
                <w:bCs/>
                <w:sz w:val="22"/>
              </w:rPr>
              <w:t>Produkti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2"/>
              </w:rPr>
              <w:t>/</w:t>
            </w:r>
            <w:r w:rsidRPr="002C2999">
              <w:rPr>
                <w:b/>
                <w:bCs/>
              </w:rPr>
              <w:t>P</w:t>
            </w:r>
            <w:r w:rsidRPr="002C2999">
              <w:rPr>
                <w:rFonts w:ascii="Calibri" w:eastAsia="Times New Roman" w:hAnsi="Calibri" w:cs="Calibri"/>
                <w:b/>
                <w:bCs/>
                <w:sz w:val="22"/>
              </w:rPr>
              <w:t>roduct</w:t>
            </w:r>
          </w:p>
        </w:tc>
        <w:tc>
          <w:tcPr>
            <w:tcW w:w="2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27F11" w14:textId="77777777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2C2999">
              <w:rPr>
                <w:rFonts w:ascii="Calibri" w:eastAsia="Times New Roman" w:hAnsi="Calibri" w:cs="Calibri"/>
                <w:b/>
                <w:bCs/>
                <w:sz w:val="22"/>
              </w:rPr>
              <w:t>SN</w:t>
            </w:r>
          </w:p>
        </w:tc>
        <w:tc>
          <w:tcPr>
            <w:tcW w:w="1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17CF4" w14:textId="1D549C92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b/>
                <w:bCs/>
                <w:sz w:val="22"/>
              </w:rPr>
              <w:t>Licensa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2"/>
              </w:rPr>
              <w:t>/</w:t>
            </w:r>
            <w:r>
              <w:t xml:space="preserve"> L</w:t>
            </w:r>
            <w:r w:rsidRPr="002C2999">
              <w:rPr>
                <w:rFonts w:ascii="Calibri" w:eastAsia="Times New Roman" w:hAnsi="Calibri" w:cs="Calibri"/>
                <w:b/>
                <w:bCs/>
                <w:sz w:val="22"/>
              </w:rPr>
              <w:t>icenses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364F3" w14:textId="097458E5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22"/>
              </w:rPr>
              <w:t>Njësia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2"/>
              </w:rPr>
              <w:t>/</w:t>
            </w:r>
            <w:r w:rsidRPr="002C2999">
              <w:rPr>
                <w:rFonts w:ascii="Calibri" w:eastAsia="Times New Roman" w:hAnsi="Calibri" w:cs="Calibri"/>
                <w:b/>
                <w:bCs/>
                <w:sz w:val="22"/>
              </w:rPr>
              <w:t>Unit</w:t>
            </w:r>
          </w:p>
        </w:tc>
        <w:tc>
          <w:tcPr>
            <w:tcW w:w="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47C9E" w14:textId="498DC48E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2C2999">
              <w:rPr>
                <w:rFonts w:ascii="Calibri" w:eastAsia="Times New Roman" w:hAnsi="Calibri" w:cs="Calibri"/>
                <w:b/>
                <w:bCs/>
                <w:sz w:val="22"/>
              </w:rPr>
              <w:t>Sasia</w:t>
            </w:r>
            <w:r>
              <w:rPr>
                <w:rFonts w:ascii="Calibri" w:eastAsia="Times New Roman" w:hAnsi="Calibri" w:cs="Calibri"/>
                <w:b/>
                <w:bCs/>
                <w:sz w:val="22"/>
              </w:rPr>
              <w:t>/</w:t>
            </w:r>
            <w:r w:rsidRPr="002C2999">
              <w:rPr>
                <w:lang w:val="en"/>
              </w:rPr>
              <w:t xml:space="preserve"> </w:t>
            </w:r>
            <w:r>
              <w:rPr>
                <w:lang w:val="en"/>
              </w:rPr>
              <w:t>A</w:t>
            </w:r>
            <w:r w:rsidRPr="002C2999">
              <w:rPr>
                <w:rFonts w:ascii="Calibri" w:eastAsia="Times New Roman" w:hAnsi="Calibri" w:cs="Calibri"/>
                <w:b/>
                <w:bCs/>
                <w:sz w:val="22"/>
                <w:lang w:val="en"/>
              </w:rPr>
              <w:t>mount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0D9808" w14:textId="11CF33B0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b/>
                <w:bCs/>
                <w:sz w:val="22"/>
              </w:rPr>
              <w:t>Afati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2"/>
              </w:rPr>
              <w:t>/</w:t>
            </w:r>
            <w:r w:rsidRPr="002C2999">
              <w:rPr>
                <w:lang w:val="en"/>
              </w:rPr>
              <w:t xml:space="preserve"> </w:t>
            </w:r>
            <w:r w:rsidRPr="002C2999">
              <w:rPr>
                <w:rFonts w:ascii="Calibri" w:eastAsia="Times New Roman" w:hAnsi="Calibri" w:cs="Calibri"/>
                <w:b/>
                <w:bCs/>
                <w:sz w:val="22"/>
                <w:lang w:val="en"/>
              </w:rPr>
              <w:t>Renewal</w:t>
            </w:r>
          </w:p>
        </w:tc>
      </w:tr>
      <w:tr w:rsidR="002C2999" w:rsidRPr="002C2999" w14:paraId="5D3E48D9" w14:textId="77777777" w:rsidTr="002C2999">
        <w:trPr>
          <w:trHeight w:val="1380"/>
        </w:trPr>
        <w:tc>
          <w:tcPr>
            <w:tcW w:w="2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A9C6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Fortigate</w:t>
            </w:r>
            <w:proofErr w:type="spellEnd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 xml:space="preserve"> Firewall 201F Bundle Licenses &amp; Support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D0C4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FG201FT922920269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FG201FT922920090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FG201FT922920243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FG201FT922920257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CE61D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Unified Threat Protection (UTP)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CA7E" w14:textId="77777777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Copë</w:t>
            </w:r>
            <w:proofErr w:type="spellEnd"/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0317" w14:textId="77777777" w:rsidR="002C2999" w:rsidRPr="002C2999" w:rsidRDefault="002C2999" w:rsidP="002C29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4F7E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1 vit</w:t>
            </w:r>
          </w:p>
        </w:tc>
      </w:tr>
      <w:tr w:rsidR="002C2999" w:rsidRPr="002C2999" w14:paraId="5F1BABEE" w14:textId="77777777" w:rsidTr="002C2999">
        <w:trPr>
          <w:trHeight w:val="1530"/>
        </w:trPr>
        <w:tc>
          <w:tcPr>
            <w:tcW w:w="2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8FE3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Fortigate</w:t>
            </w:r>
            <w:proofErr w:type="spellEnd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 xml:space="preserve"> Firewall 101F Bundle Licenses &amp; Support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D640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FG101FTK22014521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2678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Unified Threat Protection (UTP)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C5E7" w14:textId="77777777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Copë</w:t>
            </w:r>
            <w:proofErr w:type="spellEnd"/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5EF96" w14:textId="77777777" w:rsidR="002C2999" w:rsidRPr="002C2999" w:rsidRDefault="002C2999" w:rsidP="002C29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F79A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1 vit</w:t>
            </w:r>
          </w:p>
        </w:tc>
      </w:tr>
      <w:tr w:rsidR="002C2999" w:rsidRPr="002C2999" w14:paraId="165D6BAB" w14:textId="77777777" w:rsidTr="002C2999">
        <w:trPr>
          <w:trHeight w:val="6435"/>
        </w:trPr>
        <w:tc>
          <w:tcPr>
            <w:tcW w:w="2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B343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Fortigate</w:t>
            </w:r>
            <w:proofErr w:type="spellEnd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 xml:space="preserve"> Firewall 60F Bundle Licenses &amp; Support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D719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FGT60FTK2209FR3V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FGT60FTK2209FJKC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FGT60FTK2209FPWJ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FGT60FTK2209FM64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FGT60FTK2209FMJ1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FGT60FTK2209F4QN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FGT60FTK2209FKZC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FGT60FTK2209FLPR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FGT60FTK2209FN8R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FGT60FTK2209FHB4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FGT60FTK2209FJGF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FGT60FTK2209FKY1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FGT60FTK2209FQ3X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FGT60FTK2209FV6C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FGT60FTK2209FQ2E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FGT60FTK2209FL0C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FGT60FTK2209FLCR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FGT60FTK2209F4JE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FGT60FTK2209FL8L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FGT60FTK2209FKLU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FGT60FTK2209FPWJ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B80A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Unified Threat Protection (UTP)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4F4B" w14:textId="77777777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Copë</w:t>
            </w:r>
            <w:proofErr w:type="spellEnd"/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CD28" w14:textId="77777777" w:rsidR="002C2999" w:rsidRPr="002C2999" w:rsidRDefault="002C2999" w:rsidP="002C29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21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5A5C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1 vit</w:t>
            </w:r>
          </w:p>
        </w:tc>
      </w:tr>
      <w:tr w:rsidR="002C2999" w:rsidRPr="002C2999" w14:paraId="7AE05137" w14:textId="77777777" w:rsidTr="002C2999">
        <w:trPr>
          <w:trHeight w:val="1995"/>
        </w:trPr>
        <w:tc>
          <w:tcPr>
            <w:tcW w:w="2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367F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Cisco UC Manager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6288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BE51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UC Manager Basic License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</w: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Versioni</w:t>
            </w:r>
            <w:proofErr w:type="spellEnd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: CUCM 14.0.1.12900-161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Cisco Collaboration Flex Plan: A-FLEX-3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Billable SKU: A-FLEX-NUPL-A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Smart Account Entitlement SKU: A-FLEX-P-ACC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0B22" w14:textId="77777777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Copë</w:t>
            </w:r>
            <w:proofErr w:type="spellEnd"/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EBCC" w14:textId="77777777" w:rsidR="002C2999" w:rsidRPr="002C2999" w:rsidRDefault="002C2999" w:rsidP="002C29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191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BFC9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1 vit</w:t>
            </w:r>
          </w:p>
        </w:tc>
      </w:tr>
      <w:tr w:rsidR="002C2999" w:rsidRPr="002C2999" w14:paraId="31FEAF60" w14:textId="77777777" w:rsidTr="002C2999">
        <w:trPr>
          <w:trHeight w:val="1875"/>
        </w:trPr>
        <w:tc>
          <w:tcPr>
            <w:tcW w:w="2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AAF6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Cisco UC Manager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5C23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6A1B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UC Manager Enhanced License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</w: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Versioni</w:t>
            </w:r>
            <w:proofErr w:type="spellEnd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: CUCM 14.0.1.12900-161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Cisco Collaboration Flex Plan: A-FLEX-3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Billable SKU: A-FLEX-NUPL-E</w:t>
            </w: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br/>
              <w:t>Smart Account Entitlement SKU: A-FLEX-P-ENH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5AEA" w14:textId="77777777" w:rsidR="002C2999" w:rsidRPr="002C2999" w:rsidRDefault="002C2999" w:rsidP="002C29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Copë</w:t>
            </w:r>
            <w:proofErr w:type="spellEnd"/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72F7" w14:textId="77777777" w:rsidR="002C2999" w:rsidRPr="002C2999" w:rsidRDefault="002C2999" w:rsidP="002C29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99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2ACC" w14:textId="77777777" w:rsidR="002C2999" w:rsidRPr="002C2999" w:rsidRDefault="002C2999" w:rsidP="002C29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2C2999">
              <w:rPr>
                <w:rFonts w:ascii="Calibri" w:eastAsia="Times New Roman" w:hAnsi="Calibri" w:cs="Calibri"/>
                <w:color w:val="000000"/>
                <w:sz w:val="22"/>
              </w:rPr>
              <w:t>1 vit</w:t>
            </w:r>
          </w:p>
        </w:tc>
      </w:tr>
    </w:tbl>
    <w:p w14:paraId="6EFA6D8D" w14:textId="77777777" w:rsidR="002C2999" w:rsidRPr="002C2999" w:rsidRDefault="002C2999" w:rsidP="002C2999"/>
    <w:p w14:paraId="55DAD263" w14:textId="77777777" w:rsidR="00B81DB8" w:rsidRPr="00F82F4C" w:rsidRDefault="00B81DB8">
      <w:pPr>
        <w:rPr>
          <w:rFonts w:ascii="Times New Roman" w:hAnsi="Times New Roman" w:cs="Times New Roman"/>
          <w:sz w:val="24"/>
          <w:szCs w:val="24"/>
        </w:rPr>
      </w:pPr>
    </w:p>
    <w:p w14:paraId="46C60831" w14:textId="425A44E8" w:rsidR="00B81DB8" w:rsidRPr="00F11FC1" w:rsidRDefault="00000000" w:rsidP="00D4402F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F11FC1">
        <w:rPr>
          <w:rFonts w:ascii="Times New Roman" w:hAnsi="Times New Roman" w:cs="Times New Roman"/>
          <w:sz w:val="24"/>
          <w:szCs w:val="24"/>
          <w:lang w:val="pt-BR"/>
        </w:rPr>
        <w:t xml:space="preserve">Vlera totale pa TVSH / Total Value excl. VAT: __________________ </w:t>
      </w:r>
    </w:p>
    <w:p w14:paraId="36350CAE" w14:textId="7A5DE595" w:rsidR="00B81DB8" w:rsidRPr="00F82F4C" w:rsidRDefault="00000000" w:rsidP="00D4402F">
      <w:pPr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 xml:space="preserve">TVSH / VAT: __________________ </w:t>
      </w:r>
    </w:p>
    <w:p w14:paraId="2C3430A0" w14:textId="15279183" w:rsidR="00B81DB8" w:rsidRPr="00F82F4C" w:rsidRDefault="00000000" w:rsidP="00D4402F">
      <w:pPr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 xml:space="preserve">Vlera </w:t>
      </w:r>
      <w:proofErr w:type="spellStart"/>
      <w:r w:rsidRPr="00F82F4C">
        <w:rPr>
          <w:rFonts w:ascii="Times New Roman" w:hAnsi="Times New Roman" w:cs="Times New Roman"/>
          <w:sz w:val="24"/>
          <w:szCs w:val="24"/>
        </w:rPr>
        <w:t>totale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me TVSH / Total Value incl. VAT: __________________ </w:t>
      </w:r>
    </w:p>
    <w:p w14:paraId="120DB394" w14:textId="4F3B1855" w:rsidR="00F11FC1" w:rsidRDefault="00000000" w:rsidP="00D4402F">
      <w:pPr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 xml:space="preserve">Vlera </w:t>
      </w:r>
      <w:proofErr w:type="spellStart"/>
      <w:r w:rsidRPr="00F82F4C">
        <w:rPr>
          <w:rFonts w:ascii="Times New Roman" w:hAnsi="Times New Roman" w:cs="Times New Roman"/>
          <w:sz w:val="24"/>
          <w:szCs w:val="24"/>
        </w:rPr>
        <w:t>totale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F82F4C">
        <w:rPr>
          <w:rFonts w:ascii="Times New Roman" w:hAnsi="Times New Roman" w:cs="Times New Roman"/>
          <w:sz w:val="24"/>
          <w:szCs w:val="24"/>
        </w:rPr>
        <w:t>fjalë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/ Total Value in words:</w:t>
      </w:r>
      <w:r w:rsidRPr="00F82F4C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 </w:t>
      </w:r>
      <w:r w:rsidRPr="00F82F4C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</w:t>
      </w:r>
    </w:p>
    <w:p w14:paraId="31374A4B" w14:textId="77777777" w:rsidR="00F11FC1" w:rsidRPr="00F11FC1" w:rsidRDefault="00F11FC1" w:rsidP="00F11F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/>
        </w:rPr>
      </w:pPr>
      <w:r w:rsidRPr="00F11FC1">
        <w:rPr>
          <w:rFonts w:ascii="Times New Roman" w:eastAsia="Times New Roman" w:hAnsi="Times New Roman" w:cs="Times New Roman"/>
          <w:b/>
          <w:bCs/>
          <w:sz w:val="27"/>
          <w:szCs w:val="27"/>
          <w:lang w:val="it-IT"/>
        </w:rPr>
        <w:t>DEKLARIMI / DECLARATION</w:t>
      </w:r>
    </w:p>
    <w:p w14:paraId="3129F052" w14:textId="77777777" w:rsidR="00F11FC1" w:rsidRPr="00F11FC1" w:rsidRDefault="00F11FC1" w:rsidP="00F11F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11FC1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Operatori ekonomik deklaron se:</w:t>
      </w:r>
    </w:p>
    <w:p w14:paraId="30F541CC" w14:textId="77777777" w:rsidR="00F11FC1" w:rsidRPr="00F11FC1" w:rsidRDefault="00F11FC1" w:rsidP="00F11FC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11FC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Ka marrë në shqyrtim specifikimet teknike të dërguara dhe çmimet e paraqitura janë për produktet/shërbimet e kërkuara. </w:t>
      </w:r>
    </w:p>
    <w:p w14:paraId="4BE9F7F0" w14:textId="77777777" w:rsidR="00F11FC1" w:rsidRPr="00F11FC1" w:rsidRDefault="00F11FC1" w:rsidP="00F11FC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11FC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Informacioni dhe çmimet e paraqitura në këtë ofertë janë të dhëna në mirëbesim dhe bazohen në kushtet aktuale të tregut. </w:t>
      </w:r>
    </w:p>
    <w:p w14:paraId="69D9A14E" w14:textId="77777777" w:rsidR="00F11FC1" w:rsidRPr="00F11FC1" w:rsidRDefault="00F11FC1" w:rsidP="00F11FC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11FC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Në rast se kërkohet, operatori është në gjendje të japë sqarime lidhur me produktet/shërbimet dhe çmimet e ofruara. </w:t>
      </w:r>
    </w:p>
    <w:p w14:paraId="5D0E157C" w14:textId="77777777" w:rsidR="00F11FC1" w:rsidRPr="00F11FC1" w:rsidRDefault="00F11FC1" w:rsidP="00F11F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1FC1">
        <w:rPr>
          <w:rFonts w:ascii="Times New Roman" w:eastAsia="Times New Roman" w:hAnsi="Times New Roman" w:cs="Times New Roman"/>
          <w:b/>
          <w:bCs/>
          <w:sz w:val="24"/>
          <w:szCs w:val="24"/>
        </w:rPr>
        <w:t>The Economic Operator declares that:</w:t>
      </w:r>
    </w:p>
    <w:p w14:paraId="005B2253" w14:textId="77777777" w:rsidR="00F11FC1" w:rsidRPr="00F11FC1" w:rsidRDefault="00F11FC1" w:rsidP="00F11FC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1FC1">
        <w:rPr>
          <w:rFonts w:ascii="Times New Roman" w:eastAsia="Times New Roman" w:hAnsi="Times New Roman" w:cs="Times New Roman"/>
          <w:sz w:val="24"/>
          <w:szCs w:val="24"/>
        </w:rPr>
        <w:t xml:space="preserve">It has reviewed the technical specifications provided and the prices quoted refer to the requested products/services. </w:t>
      </w:r>
    </w:p>
    <w:p w14:paraId="43406953" w14:textId="77777777" w:rsidR="00F11FC1" w:rsidRPr="00F11FC1" w:rsidRDefault="00F11FC1" w:rsidP="00F11FC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1FC1">
        <w:rPr>
          <w:rFonts w:ascii="Times New Roman" w:eastAsia="Times New Roman" w:hAnsi="Times New Roman" w:cs="Times New Roman"/>
          <w:sz w:val="24"/>
          <w:szCs w:val="24"/>
        </w:rPr>
        <w:t xml:space="preserve">The information and prices provided in this quotation are submitted in good faith and are based on current market conditions. </w:t>
      </w:r>
    </w:p>
    <w:p w14:paraId="19155E36" w14:textId="77777777" w:rsidR="00F11FC1" w:rsidRPr="00F11FC1" w:rsidRDefault="00F11FC1" w:rsidP="00F11FC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1FC1">
        <w:rPr>
          <w:rFonts w:ascii="Times New Roman" w:eastAsia="Times New Roman" w:hAnsi="Times New Roman" w:cs="Times New Roman"/>
          <w:sz w:val="24"/>
          <w:szCs w:val="24"/>
        </w:rPr>
        <w:t xml:space="preserve">If requested, the Economic Operator </w:t>
      </w:r>
      <w:proofErr w:type="gramStart"/>
      <w:r w:rsidRPr="00F11FC1">
        <w:rPr>
          <w:rFonts w:ascii="Times New Roman" w:eastAsia="Times New Roman" w:hAnsi="Times New Roman" w:cs="Times New Roman"/>
          <w:sz w:val="24"/>
          <w:szCs w:val="24"/>
        </w:rPr>
        <w:t>is able to</w:t>
      </w:r>
      <w:proofErr w:type="gramEnd"/>
      <w:r w:rsidRPr="00F11FC1">
        <w:rPr>
          <w:rFonts w:ascii="Times New Roman" w:eastAsia="Times New Roman" w:hAnsi="Times New Roman" w:cs="Times New Roman"/>
          <w:sz w:val="24"/>
          <w:szCs w:val="24"/>
        </w:rPr>
        <w:t xml:space="preserve"> provide clarification regarding the products/services and prices quoted.</w:t>
      </w:r>
    </w:p>
    <w:p w14:paraId="7C5DD531" w14:textId="77777777" w:rsidR="00F11FC1" w:rsidRPr="00F82F4C" w:rsidRDefault="00F11FC1" w:rsidP="00D4402F">
      <w:pPr>
        <w:rPr>
          <w:rFonts w:ascii="Times New Roman" w:hAnsi="Times New Roman" w:cs="Times New Roman"/>
          <w:sz w:val="24"/>
          <w:szCs w:val="24"/>
        </w:rPr>
      </w:pPr>
    </w:p>
    <w:p w14:paraId="5387AD2A" w14:textId="77777777" w:rsidR="00B81DB8" w:rsidRPr="00F82F4C" w:rsidRDefault="00B81DB8" w:rsidP="00D4402F">
      <w:pPr>
        <w:rPr>
          <w:rFonts w:ascii="Times New Roman" w:hAnsi="Times New Roman" w:cs="Times New Roman"/>
          <w:sz w:val="24"/>
          <w:szCs w:val="24"/>
        </w:rPr>
      </w:pPr>
    </w:p>
    <w:p w14:paraId="3C5BF320" w14:textId="2CB9A7D4" w:rsidR="00F82F4C" w:rsidRPr="00F82F4C" w:rsidRDefault="00F82F4C" w:rsidP="00D440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2F4C">
        <w:rPr>
          <w:rFonts w:ascii="Times New Roman" w:hAnsi="Times New Roman" w:cs="Times New Roman"/>
          <w:b/>
          <w:bCs/>
          <w:sz w:val="24"/>
          <w:szCs w:val="24"/>
        </w:rPr>
        <w:lastRenderedPageBreak/>
        <w:t>PËRFAQËSUESI I AUTORIZUAR / AUTHORIZED REPRESENTATIVE</w:t>
      </w:r>
    </w:p>
    <w:p w14:paraId="170B08D0" w14:textId="77777777" w:rsidR="00B81DB8" w:rsidRPr="00F82F4C" w:rsidRDefault="00000000" w:rsidP="00D4402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82F4C">
        <w:rPr>
          <w:rFonts w:ascii="Times New Roman" w:hAnsi="Times New Roman" w:cs="Times New Roman"/>
          <w:sz w:val="24"/>
          <w:szCs w:val="24"/>
        </w:rPr>
        <w:t>Emër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F4C">
        <w:rPr>
          <w:rFonts w:ascii="Times New Roman" w:hAnsi="Times New Roman" w:cs="Times New Roman"/>
          <w:sz w:val="24"/>
          <w:szCs w:val="24"/>
        </w:rPr>
        <w:t>Mbiemër</w:t>
      </w:r>
      <w:proofErr w:type="spellEnd"/>
      <w:r w:rsidRPr="00F82F4C">
        <w:rPr>
          <w:rFonts w:ascii="Times New Roman" w:hAnsi="Times New Roman" w:cs="Times New Roman"/>
          <w:sz w:val="24"/>
          <w:szCs w:val="24"/>
        </w:rPr>
        <w:t xml:space="preserve"> / Name and Surname: ______________________________</w:t>
      </w:r>
    </w:p>
    <w:p w14:paraId="1D5DE443" w14:textId="77777777" w:rsidR="00B81DB8" w:rsidRPr="00F82F4C" w:rsidRDefault="00000000" w:rsidP="00D4402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F82F4C">
        <w:rPr>
          <w:rFonts w:ascii="Times New Roman" w:hAnsi="Times New Roman" w:cs="Times New Roman"/>
          <w:sz w:val="24"/>
          <w:szCs w:val="24"/>
          <w:lang w:val="it-IT"/>
        </w:rPr>
        <w:t>Pozicioni / Position: __________________________________________</w:t>
      </w:r>
    </w:p>
    <w:p w14:paraId="360AA9DE" w14:textId="77777777" w:rsidR="00B81DB8" w:rsidRPr="00F82F4C" w:rsidRDefault="00000000" w:rsidP="00D4402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F82F4C">
        <w:rPr>
          <w:rFonts w:ascii="Times New Roman" w:hAnsi="Times New Roman" w:cs="Times New Roman"/>
          <w:sz w:val="24"/>
          <w:szCs w:val="24"/>
          <w:lang w:val="it-IT"/>
        </w:rPr>
        <w:t>Nënshkrimi / Signature: _______________________________________</w:t>
      </w:r>
    </w:p>
    <w:p w14:paraId="52238715" w14:textId="77777777" w:rsidR="00B81DB8" w:rsidRPr="00F82F4C" w:rsidRDefault="00000000" w:rsidP="00D4402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F82F4C">
        <w:rPr>
          <w:rFonts w:ascii="Times New Roman" w:hAnsi="Times New Roman" w:cs="Times New Roman"/>
          <w:sz w:val="24"/>
          <w:szCs w:val="24"/>
          <w:lang w:val="it-IT"/>
        </w:rPr>
        <w:t>Vula / Company Stamp: ________________________________________</w:t>
      </w:r>
    </w:p>
    <w:p w14:paraId="38021DE0" w14:textId="77777777" w:rsidR="00B81DB8" w:rsidRPr="00F82F4C" w:rsidRDefault="00000000" w:rsidP="00D4402F">
      <w:pPr>
        <w:rPr>
          <w:rFonts w:ascii="Times New Roman" w:hAnsi="Times New Roman" w:cs="Times New Roman"/>
          <w:sz w:val="24"/>
          <w:szCs w:val="24"/>
        </w:rPr>
      </w:pPr>
      <w:r w:rsidRPr="00F82F4C">
        <w:rPr>
          <w:rFonts w:ascii="Times New Roman" w:hAnsi="Times New Roman" w:cs="Times New Roman"/>
          <w:sz w:val="24"/>
          <w:szCs w:val="24"/>
        </w:rPr>
        <w:t>Data / Date: ____ / ____ / ______</w:t>
      </w:r>
    </w:p>
    <w:sectPr w:rsidR="00B81DB8" w:rsidRPr="00F82F4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EF7589"/>
    <w:multiLevelType w:val="multilevel"/>
    <w:tmpl w:val="96EA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0A7940"/>
    <w:multiLevelType w:val="multilevel"/>
    <w:tmpl w:val="E3EC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282624">
    <w:abstractNumId w:val="8"/>
  </w:num>
  <w:num w:numId="2" w16cid:durableId="1774323895">
    <w:abstractNumId w:val="6"/>
  </w:num>
  <w:num w:numId="3" w16cid:durableId="1145468760">
    <w:abstractNumId w:val="5"/>
  </w:num>
  <w:num w:numId="4" w16cid:durableId="749428980">
    <w:abstractNumId w:val="4"/>
  </w:num>
  <w:num w:numId="5" w16cid:durableId="1213998504">
    <w:abstractNumId w:val="7"/>
  </w:num>
  <w:num w:numId="6" w16cid:durableId="1993631221">
    <w:abstractNumId w:val="3"/>
  </w:num>
  <w:num w:numId="7" w16cid:durableId="629552901">
    <w:abstractNumId w:val="2"/>
  </w:num>
  <w:num w:numId="8" w16cid:durableId="1200825969">
    <w:abstractNumId w:val="1"/>
  </w:num>
  <w:num w:numId="9" w16cid:durableId="1442526111">
    <w:abstractNumId w:val="0"/>
  </w:num>
  <w:num w:numId="10" w16cid:durableId="1875188911">
    <w:abstractNumId w:val="10"/>
  </w:num>
  <w:num w:numId="11" w16cid:durableId="19675889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F2"/>
    <w:rsid w:val="00033031"/>
    <w:rsid w:val="00034616"/>
    <w:rsid w:val="0006063C"/>
    <w:rsid w:val="000930C1"/>
    <w:rsid w:val="000D5FCF"/>
    <w:rsid w:val="0015074B"/>
    <w:rsid w:val="001C5ECB"/>
    <w:rsid w:val="002408FC"/>
    <w:rsid w:val="0029639D"/>
    <w:rsid w:val="002C2999"/>
    <w:rsid w:val="00305ED6"/>
    <w:rsid w:val="00326F90"/>
    <w:rsid w:val="00503DCE"/>
    <w:rsid w:val="00564F12"/>
    <w:rsid w:val="005A7A85"/>
    <w:rsid w:val="00652011"/>
    <w:rsid w:val="007276D6"/>
    <w:rsid w:val="00740C47"/>
    <w:rsid w:val="00863D40"/>
    <w:rsid w:val="0093535C"/>
    <w:rsid w:val="00A17E89"/>
    <w:rsid w:val="00AA1D8D"/>
    <w:rsid w:val="00AF61F2"/>
    <w:rsid w:val="00B47730"/>
    <w:rsid w:val="00B81DB8"/>
    <w:rsid w:val="00BC1B47"/>
    <w:rsid w:val="00BC7332"/>
    <w:rsid w:val="00C34ECB"/>
    <w:rsid w:val="00C443EF"/>
    <w:rsid w:val="00CB0664"/>
    <w:rsid w:val="00D4402F"/>
    <w:rsid w:val="00D62A6C"/>
    <w:rsid w:val="00DB5408"/>
    <w:rsid w:val="00F11FC1"/>
    <w:rsid w:val="00F82F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EF073D"/>
  <w14:defaultImageDpi w14:val="300"/>
  <w15:docId w15:val="{A954C2F3-759F-46AE-BA9D-3D79BBF48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rynqvb">
    <w:name w:val="rynqvb"/>
    <w:basedOn w:val="DefaultParagraphFont"/>
    <w:rsid w:val="001C5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Aleksander Sheti</cp:lastModifiedBy>
  <cp:revision>11</cp:revision>
  <dcterms:created xsi:type="dcterms:W3CDTF">2026-08-13T06:35:00Z</dcterms:created>
  <dcterms:modified xsi:type="dcterms:W3CDTF">2026-10-12T08:37:00Z</dcterms:modified>
  <cp:category/>
</cp:coreProperties>
</file>